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השורש במילים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מילים חדשות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לבש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לכולן השורש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לפעמים מילים נשמעות דומה אבל השורש 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המקרה הנפוץ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הן נבנות בבניינים שונים ולכן נראות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בנויה משפחת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רקדן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(למד)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(רוץ)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בניית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גדול, הגדלה, מגדל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תלמיד, לימוד, מלומד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שהמילים אכן שייכות לאותו שורש ושהמשפט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הוא האותיות החוזרות במילים דומות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כתב: כותב, מכתב,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בניין הוא התבנית, שורש הוא האותיות הקבועות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בכתיבת שורש אחד על הלוח ולבקש מהכיתה למצוא מילים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שלא כל מילה דומה בצליל שייכת לאותה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לזוגות לתרגיל ההתאמה כדי לעודד שיח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במילים בעברית יש שורש. שורש זה בדרך כלל שלוש אותיות. מילים עם אותו שורש דומות במשמעות.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העיקריות שחוזרות במילים מאותה 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עם אותו 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התבנית שבה המילה בנויה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דבר, אדם או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תכונה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 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אחת משלוש האותיות שמרכיבות את השורש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אותיות הן השורש של 'כתיבה'?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אותיות הן השורש של 'מספר'?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את השורש במילה 'שומר'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מצאו את השורש במילה 'לימוד'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מצאו את השורש במילה 'הלבשה'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למילים 'כותב', 'מכתב' ו'כתיבה' יש אותו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'שולחן' ו'שולח' תמיד שייכות לאותה 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הוא בדרך כלל שלוש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מאותה משפחה תמיד נראות זהות לגמרי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ליצור שם עצם, פועל ושם תואר מאותו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__________ נבנית מהשורש גדל ומתארת ילד שגדל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מהשורש למד אפשר לבנות את המילה __________ שפירושה מי שמלמד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מהשורש שמר בונים את המילה __________ שפירושה מקום ששומרים בו דברים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מהשורש כתב בונים את המילה __________ שהיא כלי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מהשורש רקד בונים את המילה __________ שמתארת מי שרוקד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לומד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למד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שומרת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מרוץ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שמר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בניית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נוספות מהשורש גדל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מילים נוספות מהשורש למד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שורש אחד וכתבו משפט קצר עם שלוש מילים שונות מאותו שורש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למשפחת מילים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שורש לבניין?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ומשפחת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