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השורש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מילים נשמעות דומה אבל השורש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גדול, הגדלה, מגדל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שהמילים אכן שייכות לאותו שורש ושהמשפט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האותיות החוזרות במילים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כתב: כותב, מכתב,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בניין הוא התבנית, שורש הוא האותיות הקבועות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שורש אחד על הלוח ולבקש מהכיתה למצוא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שלא כל מילה דומה בצליל שייכת לאותה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לתרגיל ההתאמה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לכל מילה יש שורש, בדרך כלל שלוש אותיות שחוזרות. מילים שיש להן אותו שורש שייכות לאותה משפחת מילים ולרוב קשורות במשמעות.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מורה  ·  גדל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'כתיבה'?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'מספר'?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למילים 'כותב', 'מכתב' ו'כתיבה' יש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'שולחן' ו'שולח' תמיד שייכות לאותה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נבנית מהשורש גדל ומתארת ילד שגדל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מהשורש למד אפשר לבנות את המילה __________ שפירושה מי שמלמד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שומרת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נוספות מהשורש גדל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שורש אחד וכתבו משפט קצר עם שלוש מילים שונות מאותו שורש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למשפחת מילים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